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Parental Authorization for Travel and Medical Care</w:t>
      </w:r>
    </w:p>
    <w:p>
      <w:r>
        <w:t>I, the undersigned, [Name of parent or legal guardian], hereby authorize my child, [Name of the child], to participate in the fencing camp in Spain, taking place from August 4 to August 10, 2025.</w:t>
      </w:r>
    </w:p>
    <w:p>
      <w:r>
        <w:t>I also give my consent for the camp organizers — Jean-Marc Cagnet, Khashayar Saleki, and Silvio Fernandez — to take all necessary measures in case of illness or accident, including authorizing medical consultation, receiving medical care, or hospitalization if needed.</w:t>
      </w:r>
    </w:p>
    <w:p>
      <w:r>
        <w:t>I agree to provide all relevant medical information, including allergies, ongoing treatments, and emergency contact details.</w:t>
      </w:r>
    </w:p>
    <w:p>
      <w:r>
        <w:br/>
        <w:t>Medical Information:</w:t>
      </w:r>
    </w:p>
    <w:p>
      <w:pPr>
        <w:pStyle w:val="ListBullet"/>
      </w:pPr>
      <w:r>
        <w:t>•  ________________________________________________</w:t>
      </w:r>
    </w:p>
    <w:p>
      <w:pPr>
        <w:pStyle w:val="ListBullet"/>
      </w:pPr>
      <w:r>
        <w:t>•  ________________________________________________</w:t>
      </w:r>
    </w:p>
    <w:p>
      <w:pPr>
        <w:pStyle w:val="ListBullet"/>
      </w:pPr>
      <w:r>
        <w:t>•  ________________________________________________</w:t>
      </w:r>
    </w:p>
    <w:p>
      <w:pPr>
        <w:pStyle w:val="ListBullet"/>
      </w:pPr>
      <w:r>
        <w:t>•  ________________________________________________</w:t>
      </w:r>
    </w:p>
    <w:p>
      <w:r>
        <w:br/>
        <w:t>Signed in [place], on [date].</w:t>
        <w:br/>
      </w:r>
    </w:p>
    <w:p>
      <w:r>
        <w:t>Signature of the parent or legal guardian:</w:t>
      </w:r>
    </w:p>
    <w:p>
      <w:r>
        <w:t>_______________________________________________</w:t>
        <w:br/>
      </w:r>
    </w:p>
    <w:p>
      <w:r>
        <w:t>Contact details of the parent or legal guardian:</w:t>
      </w:r>
    </w:p>
    <w:p>
      <w:r>
        <w:t>Phone number: ___________________________________</w:t>
      </w:r>
    </w:p>
    <w:p>
      <w:r>
        <w:t>Email address: ____________________________________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