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Heading1"/>
      </w:pPr>
      <w:r>
        <w:t>Autorisation parentale – Stage d’Escrime Bordeaux 2025</w:t>
      </w:r>
    </w:p>
    <w:p>
      <w:r>
        <w:t>Je soussigné(e), ....................................................,</w:t>
        <w:br/>
        <w:t>père / mère / représentant(e) légal(e) de l’escrimeur(se) :</w:t>
        <w:br/>
        <w:br/>
        <w:t>Nom et prénom de l’enfant : ...............................................................</w:t>
        <w:br/>
        <w:t>Date de naissance : ....................................................</w:t>
        <w:br/>
        <w:t>Adresse : .......................................................................................</w:t>
        <w:br/>
      </w:r>
    </w:p>
    <w:p>
      <w:r>
        <w:t>Autorise mon enfant à participer au Stage d’Escrime à l’épée organisé par FENCING IMPACT :</w:t>
        <w:br/>
        <w:br/>
        <w:t>📍 Salle d’armes du BEC escrime (Bordeaux – France)</w:t>
        <w:br/>
        <w:t>📅 Du 19 au 24 décembre 2025</w:t>
        <w:br/>
      </w:r>
    </w:p>
    <w:p>
      <w:r>
        <w:t>Encadré par :</w:t>
        <w:br/>
        <w:t>- Me Jean-Marc Cagnet (Genève)</w:t>
        <w:br/>
        <w:t>- Me Khashy Saleki (Vevey-Montreux)</w:t>
        <w:br/>
        <w:t>- Me Silvio Fernandez (Berne)</w:t>
        <w:br/>
        <w:t>ainsi que par l’équipe d’organisation et les moniteurs diplômés Jeunesse+Sport.</w:t>
      </w:r>
    </w:p>
    <w:p>
      <w:pPr>
        <w:pStyle w:val="Heading2"/>
      </w:pPr>
      <w:r>
        <w:t>Je reconnais :</w:t>
      </w:r>
    </w:p>
    <w:p>
      <w:r>
        <w:t>- Avoir pris connaissance du règlement du stage et des conditions d’inscription.</w:t>
        <w:br/>
        <w:t>- Autoriser les responsables du camp à prendre toutes dispositions nécessaires en cas d’urgence médicale (consultation, soins, transport).</w:t>
        <w:br/>
        <w:t>- Assumer l’entière responsabilité des effets personnels de mon enfant.</w:t>
      </w:r>
    </w:p>
    <w:p>
      <w:pPr>
        <w:pStyle w:val="Heading2"/>
      </w:pPr>
      <w:r>
        <w:t>Coordonnées en cas d’urgence</w:t>
      </w:r>
    </w:p>
    <w:p>
      <w:r>
        <w:t>Nom du parent / représentant légal : ..................................................</w:t>
        <w:br/>
        <w:t>Téléphone portable : ..................................................</w:t>
      </w:r>
    </w:p>
    <w:p>
      <w:r>
        <w:t>Fait à ..........................................................., le …… / …… / 2025</w:t>
        <w:br/>
        <w:br/>
        <w:t>Signature du parent ou représentant légal :</w:t>
        <w:br/>
        <w:t>(précédée de la mention « Lu et approuvé »)</w:t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